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</w:pPr>
      <w:r>
        <w:rPr>
          <w:rFonts w:ascii="맑은 고딕" w:hAnsi="맑은 고딕" w:eastAsia="맑은 고딕" w:cs="맑은 고딕"/>
          <w:b/>
          <w:color w:val="0A0A0A"/>
          <w:sz w:val="36"/>
        </w:rPr>
        <w:t>경력기술서</w:t>
      </w:r>
    </w:p>
    <w:tbl>
      <w:tblPr>
        <w:tblW w:type="dxa" w:w="9865"/>
        <w:tblBorders>
          <w:top w:val="single" w:sz="4" w:space="0" w:color="D4D4D8"/>
          <w:left w:val="single" w:sz="4" w:space="0" w:color="D4D4D8"/>
          <w:bottom w:val="single" w:sz="4" w:space="0" w:color="D4D4D8"/>
          <w:right w:val="single" w:sz="4" w:space="0" w:color="D4D4D8"/>
          <w:insideH w:val="single" w:sz="4" w:space="0" w:color="D4D4D8"/>
          <w:insideV w:val="single" w:sz="4" w:space="0" w:color="D4D4D8"/>
        </w:tblBorders>
        <w:tblLayout w:type="fixed"/>
        <w:tblCellMar>
          <w:top w:w="57" w:type="dxa"/>
          <w:left w:w="113" w:type="dxa"/>
          <w:bottom w:w="57" w:type="dxa"/>
          <w:right w:w="113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FAFAFA"/>
          </w:tcPr>
          <w:p>
            <w:r>
              <w:rPr>
                <w:rFonts w:ascii="맑은 고딕" w:hAnsi="맑은 고딕" w:eastAsia="맑은 고딕" w:cs="맑은 고딕"/>
                <w:b/>
                <w:color w:val="0A0A0A"/>
                <w:sz w:val="17"/>
              </w:rPr>
              <w:t>작성 안내 (제출 전에 지우세요)</w:t>
            </w:r>
          </w:p>
          <w:p>
            <w:pPr>
              <w:ind w:left="170" w:hanging="170"/>
            </w:pPr>
            <w:r>
              <w:rPr>
                <w:rFonts w:ascii="맑은 고딕" w:hAnsi="맑은 고딕" w:eastAsia="맑은 고딕" w:cs="맑은 고딕"/>
                <w:b w:val="0"/>
                <w:color w:val="404040"/>
                <w:sz w:val="17"/>
              </w:rPr>
              <w:t>· 최근 경력부터 적고, 회사 안의 업무는 지원 공고와 관련이 깊은 것부터 적습니다.</w:t>
            </w:r>
          </w:p>
          <w:p>
            <w:pPr>
              <w:ind w:left="170" w:hanging="170"/>
            </w:pPr>
            <w:r>
              <w:rPr>
                <w:rFonts w:ascii="맑은 고딕" w:hAnsi="맑은 고딕" w:eastAsia="맑은 고딕" w:cs="맑은 고딕"/>
                <w:b w:val="0"/>
                <w:color w:val="404040"/>
                <w:sz w:val="17"/>
              </w:rPr>
              <w:t>· 업무마다 역할(맡은 범위), 행동(직접 한 일), 성과(달라진 결과)를 나눠 적습니다.</w:t>
            </w:r>
          </w:p>
          <w:p>
            <w:pPr>
              <w:ind w:left="170" w:hanging="170"/>
            </w:pPr>
            <w:r>
              <w:rPr>
                <w:rFonts w:ascii="맑은 고딕" w:hAnsi="맑은 고딕" w:eastAsia="맑은 고딕" w:cs="맑은 고딕"/>
                <w:b w:val="0"/>
                <w:color w:val="404040"/>
                <w:sz w:val="17"/>
              </w:rPr>
              <w:t>· 성과에는 자료로 확인할 수 있는 숫자·결과물·전후 변화만 적습니다. 공개하면 안 되는 매출·고객사 이름은 빼거나 비율로 바꿉니다.</w:t>
            </w:r>
          </w:p>
          <w:p>
            <w:pPr>
              <w:ind w:left="170" w:hanging="170"/>
            </w:pPr>
            <w:r>
              <w:rPr>
                <w:rFonts w:ascii="맑은 고딕" w:hAnsi="맑은 고딕" w:eastAsia="맑은 고딕" w:cs="맑은 고딕"/>
                <w:b w:val="0"/>
                <w:color w:val="404040"/>
                <w:sz w:val="17"/>
              </w:rPr>
              <w:t>· 회사가 더 있으면 회사 표를, 업무가 더 있으면 업무·프로젝트 표를 복사해 늘립니다. 공고가 양식이나 분량을 정했다면 그 기준이 먼저입니다.</w:t>
            </w:r>
          </w:p>
          <w:p>
            <w:pPr>
              <w:ind w:left="170" w:hanging="170"/>
            </w:pPr>
            <w:r>
              <w:rPr>
                <w:rFonts w:ascii="맑은 고딕" w:hAnsi="맑은 고딕" w:eastAsia="맑은 고딕" w:cs="맑은 고딕"/>
                <w:b w:val="0"/>
                <w:color w:val="404040"/>
                <w:sz w:val="17"/>
              </w:rPr>
              <w:t>· 작성법과 직무별 예시: preterview.com/guide/career-description-writing-guide</w:t>
            </w:r>
          </w:p>
        </w:tc>
      </w:tr>
    </w:tbl>
    <w:p>
      <w:pPr>
        <w:pStyle w:val="Heading1"/>
      </w:pPr>
      <w:r>
        <w:t>1. 기본 정보</w:t>
      </w:r>
    </w:p>
    <w:tbl>
      <w:tblPr>
        <w:tblW w:type="dxa" w:w="9865"/>
        <w:tblBorders>
          <w:top w:val="single" w:sz="4" w:space="0" w:color="A1A1A1"/>
          <w:left w:val="single" w:sz="4" w:space="0" w:color="A1A1A1"/>
          <w:bottom w:val="single" w:sz="4" w:space="0" w:color="A1A1A1"/>
          <w:right w:val="single" w:sz="4" w:space="0" w:color="A1A1A1"/>
          <w:insideH w:val="single" w:sz="4" w:space="0" w:color="A1A1A1"/>
          <w:insideV w:val="single" w:sz="4" w:space="0" w:color="A1A1A1"/>
        </w:tblBorders>
        <w:tblLayout w:type="fixed"/>
        <w:tblCellMar>
          <w:top w:w="57" w:type="dxa"/>
          <w:left w:w="113" w:type="dxa"/>
          <w:bottom w:w="57" w:type="dxa"/>
          <w:right w:w="113" w:type="dxa"/>
        </w:tblCellMar>
        <w:tblLook w:firstColumn="1" w:firstRow="1" w:lastColumn="0" w:lastRow="0" w:noHBand="0" w:noVBand="1" w:val="04A0"/>
      </w:tblPr>
      <w:tblGrid>
        <w:gridCol w:w="1578"/>
        <w:gridCol w:w="3354"/>
        <w:gridCol w:w="1578"/>
        <w:gridCol w:w="3354"/>
      </w:tblGrid>
      <w:tr>
        <w:trPr>
          <w:cantSplit/>
        </w:trPr>
        <w:tc>
          <w:tcPr>
            <w:tcW w:type="dxa" w:w="1578"/>
            <w:shd w:val="clear" w:color="auto" w:fill="F4F4F5"/>
          </w:tcPr>
          <w:p>
            <w:pPr>
              <w:keepNext/>
            </w:pPr>
            <w:r>
              <w:rPr>
                <w:rFonts w:ascii="맑은 고딕" w:hAnsi="맑은 고딕" w:eastAsia="맑은 고딕" w:cs="맑은 고딕"/>
                <w:b/>
                <w:color w:val="0A0A0A"/>
                <w:sz w:val="19"/>
              </w:rPr>
              <w:t>성명</w:t>
            </w:r>
          </w:p>
        </w:tc>
        <w:tc>
          <w:tcPr>
            <w:tcW w:type="dxa" w:w="3354"/>
          </w:tcPr>
          <w:p>
            <w:pPr>
              <w:keepNext/>
            </w:pPr>
          </w:p>
        </w:tc>
        <w:tc>
          <w:tcPr>
            <w:tcW w:type="dxa" w:w="1578"/>
            <w:shd w:val="clear" w:color="auto" w:fill="F4F4F5"/>
          </w:tcPr>
          <w:p>
            <w:pPr>
              <w:keepNext/>
            </w:pPr>
            <w:r>
              <w:rPr>
                <w:rFonts w:ascii="맑은 고딕" w:hAnsi="맑은 고딕" w:eastAsia="맑은 고딕" w:cs="맑은 고딕"/>
                <w:b/>
                <w:color w:val="0A0A0A"/>
                <w:sz w:val="19"/>
              </w:rPr>
              <w:t>연락처</w:t>
            </w:r>
          </w:p>
        </w:tc>
        <w:tc>
          <w:tcPr>
            <w:tcW w:type="dxa" w:w="3354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1578"/>
            <w:shd w:val="clear" w:color="auto" w:fill="F4F4F5"/>
          </w:tcPr>
          <w:p>
            <w:r>
              <w:rPr>
                <w:rFonts w:ascii="맑은 고딕" w:hAnsi="맑은 고딕" w:eastAsia="맑은 고딕" w:cs="맑은 고딕"/>
                <w:b/>
                <w:color w:val="0A0A0A"/>
                <w:sz w:val="19"/>
              </w:rPr>
              <w:t>이메일</w:t>
            </w:r>
          </w:p>
        </w:tc>
        <w:tc>
          <w:tcPr>
            <w:tcW w:type="dxa" w:w="3354"/>
          </w:tcPr>
          <w:p/>
        </w:tc>
        <w:tc>
          <w:tcPr>
            <w:tcW w:type="dxa" w:w="1578"/>
            <w:shd w:val="clear" w:color="auto" w:fill="F4F4F5"/>
          </w:tcPr>
          <w:p>
            <w:r>
              <w:rPr>
                <w:rFonts w:ascii="맑은 고딕" w:hAnsi="맑은 고딕" w:eastAsia="맑은 고딕" w:cs="맑은 고딕"/>
                <w:b/>
                <w:color w:val="0A0A0A"/>
                <w:sz w:val="19"/>
              </w:rPr>
              <w:t>지원 회사·직무</w:t>
            </w:r>
          </w:p>
        </w:tc>
        <w:tc>
          <w:tcPr>
            <w:tcW w:type="dxa" w:w="3354"/>
          </w:tcPr>
          <w:p/>
        </w:tc>
      </w:tr>
    </w:tbl>
    <w:p>
      <w:pPr>
        <w:pStyle w:val="Heading1"/>
      </w:pPr>
      <w:r>
        <w:t>2. 경력 요약</w:t>
      </w:r>
    </w:p>
    <w:tbl>
      <w:tblPr>
        <w:tblW w:type="dxa" w:w="9865"/>
        <w:tblBorders>
          <w:top w:val="single" w:sz="4" w:space="0" w:color="A1A1A1"/>
          <w:left w:val="single" w:sz="4" w:space="0" w:color="A1A1A1"/>
          <w:bottom w:val="single" w:sz="4" w:space="0" w:color="A1A1A1"/>
          <w:right w:val="single" w:sz="4" w:space="0" w:color="A1A1A1"/>
          <w:insideH w:val="single" w:sz="4" w:space="0" w:color="A1A1A1"/>
          <w:insideV w:val="single" w:sz="4" w:space="0" w:color="A1A1A1"/>
        </w:tblBorders>
        <w:tblLayout w:type="fixed"/>
        <w:tblCellMar>
          <w:top w:w="57" w:type="dxa"/>
          <w:left w:w="113" w:type="dxa"/>
          <w:bottom w:w="57" w:type="dxa"/>
          <w:right w:w="113" w:type="dxa"/>
        </w:tblCellMar>
        <w:tblLook w:firstColumn="1" w:firstRow="1" w:lastColumn="0" w:lastRow="0" w:noHBand="0" w:noVBand="1" w:val="04A0"/>
      </w:tblPr>
      <w:tblGrid>
        <w:gridCol w:w="1578"/>
        <w:gridCol w:w="3354"/>
        <w:gridCol w:w="1578"/>
        <w:gridCol w:w="3354"/>
      </w:tblGrid>
      <w:tr>
        <w:trPr>
          <w:cantSplit/>
        </w:trPr>
        <w:tc>
          <w:tcPr>
            <w:tcW w:type="dxa" w:w="1578"/>
            <w:shd w:val="clear" w:color="auto" w:fill="F4F4F5"/>
          </w:tcPr>
          <w:p>
            <w:pPr>
              <w:keepNext/>
            </w:pPr>
            <w:r>
              <w:rPr>
                <w:rFonts w:ascii="맑은 고딕" w:hAnsi="맑은 고딕" w:eastAsia="맑은 고딕" w:cs="맑은 고딕"/>
                <w:b/>
                <w:color w:val="0A0A0A"/>
                <w:sz w:val="19"/>
              </w:rPr>
              <w:t>총 경력</w:t>
            </w:r>
          </w:p>
        </w:tc>
        <w:tc>
          <w:tcPr>
            <w:tcW w:type="dxa" w:w="8286"/>
            <w:gridSpan w:val="3"/>
          </w:tcPr>
          <w:p>
            <w:pPr>
              <w:keepNext/>
            </w:pPr>
            <w:r>
              <w:rPr>
                <w:rFonts w:ascii="맑은 고딕" w:hAnsi="맑은 고딕" w:eastAsia="맑은 고딕" w:cs="맑은 고딕"/>
                <w:b w:val="0"/>
                <w:color w:val="666666"/>
                <w:sz w:val="18"/>
              </w:rPr>
              <w:t>예: 5년 3개월</w:t>
            </w:r>
          </w:p>
        </w:tc>
      </w:tr>
      <w:tr>
        <w:trPr>
          <w:cantSplit/>
        </w:trPr>
        <w:tc>
          <w:tcPr>
            <w:tcW w:type="dxa" w:w="1578"/>
            <w:shd w:val="clear" w:color="auto" w:fill="F4F4F5"/>
          </w:tcPr>
          <w:p>
            <w:pPr>
              <w:keepNext/>
            </w:pPr>
            <w:r>
              <w:rPr>
                <w:rFonts w:ascii="맑은 고딕" w:hAnsi="맑은 고딕" w:eastAsia="맑은 고딕" w:cs="맑은 고딕"/>
                <w:b/>
                <w:color w:val="0A0A0A"/>
                <w:sz w:val="19"/>
              </w:rPr>
              <w:t>주요 직무</w:t>
            </w:r>
          </w:p>
        </w:tc>
        <w:tc>
          <w:tcPr>
            <w:tcW w:type="dxa" w:w="8286"/>
            <w:gridSpan w:val="3"/>
          </w:tcPr>
          <w:p>
            <w:pPr>
              <w:keepNext/>
            </w:pPr>
            <w:r>
              <w:rPr>
                <w:rFonts w:ascii="맑은 고딕" w:hAnsi="맑은 고딕" w:eastAsia="맑은 고딕" w:cs="맑은 고딕"/>
                <w:b w:val="0"/>
                <w:color w:val="666666"/>
                <w:sz w:val="18"/>
              </w:rPr>
              <w:t>예: 퍼포먼스 마케팅, 기업 고객 영업</w:t>
            </w:r>
          </w:p>
        </w:tc>
      </w:tr>
      <w:tr>
        <w:trPr>
          <w:cantSplit/>
        </w:trPr>
        <w:tc>
          <w:tcPr>
            <w:tcW w:type="dxa" w:w="1578"/>
            <w:shd w:val="clear" w:color="auto" w:fill="F4F4F5"/>
          </w:tcPr>
          <w:p>
            <w:pPr>
              <w:keepNext/>
            </w:pPr>
            <w:r>
              <w:rPr>
                <w:rFonts w:ascii="맑은 고딕" w:hAnsi="맑은 고딕" w:eastAsia="맑은 고딕" w:cs="맑은 고딕"/>
                <w:b/>
                <w:color w:val="0A0A0A"/>
                <w:sz w:val="19"/>
              </w:rPr>
              <w:t>핵심 역량·도구</w:t>
            </w:r>
          </w:p>
        </w:tc>
        <w:tc>
          <w:tcPr>
            <w:tcW w:type="dxa" w:w="8286"/>
            <w:gridSpan w:val="3"/>
          </w:tcPr>
          <w:p>
            <w:pPr>
              <w:keepNext/>
            </w:pPr>
            <w:r>
              <w:rPr>
                <w:rFonts w:ascii="맑은 고딕" w:hAnsi="맑은 고딕" w:eastAsia="맑은 고딕" w:cs="맑은 고딕"/>
                <w:b w:val="0"/>
                <w:color w:val="666666"/>
                <w:sz w:val="18"/>
              </w:rPr>
              <w:t>지원 직무와 관련된 것만 적습니다.</w:t>
            </w:r>
          </w:p>
        </w:tc>
      </w:tr>
      <w:tr>
        <w:trPr>
          <w:cantSplit/>
          <w:trHeight w:val="794" w:hRule="atLeast"/>
        </w:trPr>
        <w:tc>
          <w:tcPr>
            <w:tcW w:type="dxa" w:w="1578"/>
            <w:shd w:val="clear" w:color="auto" w:fill="F4F4F5"/>
          </w:tcPr>
          <w:p>
            <w:r>
              <w:rPr>
                <w:rFonts w:ascii="맑은 고딕" w:hAnsi="맑은 고딕" w:eastAsia="맑은 고딕" w:cs="맑은 고딕"/>
                <w:b/>
                <w:color w:val="0A0A0A"/>
                <w:sz w:val="19"/>
              </w:rPr>
              <w:t>경력 요약</w:t>
            </w:r>
          </w:p>
        </w:tc>
        <w:tc>
          <w:tcPr>
            <w:tcW w:type="dxa" w:w="8286"/>
            <w:gridSpan w:val="3"/>
          </w:tcPr>
          <w:p>
            <w:r>
              <w:rPr>
                <w:rFonts w:ascii="맑은 고딕" w:hAnsi="맑은 고딕" w:eastAsia="맑은 고딕" w:cs="맑은 고딕"/>
                <w:b w:val="0"/>
                <w:color w:val="666666"/>
                <w:sz w:val="18"/>
              </w:rPr>
              <w:t>지원 직무와 관련된 경력을 3줄 이내로 적습니다.</w:t>
            </w:r>
          </w:p>
        </w:tc>
      </w:tr>
    </w:tbl>
    <w:p>
      <w:pPr>
        <w:pStyle w:val="Heading1"/>
      </w:pPr>
      <w:r>
        <w:t>3. 경력 상세</w:t>
      </w:r>
    </w:p>
    <w:p>
      <w:pPr>
        <w:pStyle w:val="Heading2"/>
      </w:pPr>
      <w:r>
        <w:t>회사 1</w:t>
      </w:r>
    </w:p>
    <w:tbl>
      <w:tblPr>
        <w:tblW w:type="dxa" w:w="9865"/>
        <w:tblBorders>
          <w:top w:val="single" w:sz="4" w:space="0" w:color="A1A1A1"/>
          <w:left w:val="single" w:sz="4" w:space="0" w:color="A1A1A1"/>
          <w:bottom w:val="single" w:sz="4" w:space="0" w:color="A1A1A1"/>
          <w:right w:val="single" w:sz="4" w:space="0" w:color="A1A1A1"/>
          <w:insideH w:val="single" w:sz="4" w:space="0" w:color="A1A1A1"/>
          <w:insideV w:val="single" w:sz="4" w:space="0" w:color="A1A1A1"/>
        </w:tblBorders>
        <w:tblLayout w:type="fixed"/>
        <w:tblCellMar>
          <w:top w:w="57" w:type="dxa"/>
          <w:left w:w="113" w:type="dxa"/>
          <w:bottom w:w="57" w:type="dxa"/>
          <w:right w:w="113" w:type="dxa"/>
        </w:tblCellMar>
        <w:tblLook w:firstColumn="1" w:firstRow="1" w:lastColumn="0" w:lastRow="0" w:noHBand="0" w:noVBand="1" w:val="04A0"/>
      </w:tblPr>
      <w:tblGrid>
        <w:gridCol w:w="1578"/>
        <w:gridCol w:w="3354"/>
        <w:gridCol w:w="1578"/>
        <w:gridCol w:w="3354"/>
      </w:tblGrid>
      <w:tr>
        <w:trPr>
          <w:cantSplit/>
        </w:trPr>
        <w:tc>
          <w:tcPr>
            <w:tcW w:type="dxa" w:w="1578"/>
            <w:shd w:val="clear" w:color="auto" w:fill="F4F4F5"/>
          </w:tcPr>
          <w:p>
            <w:pPr>
              <w:keepNext/>
            </w:pPr>
            <w:r>
              <w:rPr>
                <w:rFonts w:ascii="맑은 고딕" w:hAnsi="맑은 고딕" w:eastAsia="맑은 고딕" w:cs="맑은 고딕"/>
                <w:b/>
                <w:color w:val="0A0A0A"/>
                <w:sz w:val="19"/>
              </w:rPr>
              <w:t>회사명</w:t>
            </w:r>
          </w:p>
        </w:tc>
        <w:tc>
          <w:tcPr>
            <w:tcW w:type="dxa" w:w="3354"/>
          </w:tcPr>
          <w:p>
            <w:pPr>
              <w:keepNext/>
            </w:pPr>
          </w:p>
        </w:tc>
        <w:tc>
          <w:tcPr>
            <w:tcW w:type="dxa" w:w="1578"/>
            <w:shd w:val="clear" w:color="auto" w:fill="F4F4F5"/>
          </w:tcPr>
          <w:p>
            <w:pPr>
              <w:keepNext/>
            </w:pPr>
            <w:r>
              <w:rPr>
                <w:rFonts w:ascii="맑은 고딕" w:hAnsi="맑은 고딕" w:eastAsia="맑은 고딕" w:cs="맑은 고딕"/>
                <w:b/>
                <w:color w:val="0A0A0A"/>
                <w:sz w:val="19"/>
              </w:rPr>
              <w:t>재직 기간</w:t>
            </w:r>
          </w:p>
        </w:tc>
        <w:tc>
          <w:tcPr>
            <w:tcW w:type="dxa" w:w="3354"/>
          </w:tcPr>
          <w:p>
            <w:pPr>
              <w:keepNext/>
            </w:pPr>
            <w:r>
              <w:rPr>
                <w:rFonts w:ascii="맑은 고딕" w:hAnsi="맑은 고딕" w:eastAsia="맑은 고딕" w:cs="맑은 고딕"/>
                <w:b w:val="0"/>
                <w:color w:val="666666"/>
                <w:sz w:val="18"/>
              </w:rPr>
              <w:t>0000.00 ~ 0000.00</w:t>
            </w:r>
          </w:p>
        </w:tc>
      </w:tr>
      <w:tr>
        <w:trPr>
          <w:cantSplit/>
        </w:trPr>
        <w:tc>
          <w:tcPr>
            <w:tcW w:type="dxa" w:w="1578"/>
            <w:shd w:val="clear" w:color="auto" w:fill="F4F4F5"/>
          </w:tcPr>
          <w:p>
            <w:pPr>
              <w:keepNext/>
            </w:pPr>
            <w:r>
              <w:rPr>
                <w:rFonts w:ascii="맑은 고딕" w:hAnsi="맑은 고딕" w:eastAsia="맑은 고딕" w:cs="맑은 고딕"/>
                <w:b/>
                <w:color w:val="0A0A0A"/>
                <w:sz w:val="19"/>
              </w:rPr>
              <w:t>부서·직급</w:t>
            </w:r>
          </w:p>
        </w:tc>
        <w:tc>
          <w:tcPr>
            <w:tcW w:type="dxa" w:w="3354"/>
          </w:tcPr>
          <w:p>
            <w:pPr>
              <w:keepNext/>
            </w:pPr>
          </w:p>
        </w:tc>
        <w:tc>
          <w:tcPr>
            <w:tcW w:type="dxa" w:w="1578"/>
            <w:shd w:val="clear" w:color="auto" w:fill="F4F4F5"/>
          </w:tcPr>
          <w:p>
            <w:pPr>
              <w:keepNext/>
            </w:pPr>
            <w:r>
              <w:rPr>
                <w:rFonts w:ascii="맑은 고딕" w:hAnsi="맑은 고딕" w:eastAsia="맑은 고딕" w:cs="맑은 고딕"/>
                <w:b/>
                <w:color w:val="0A0A0A"/>
                <w:sz w:val="19"/>
              </w:rPr>
              <w:t>고용 형태</w:t>
            </w:r>
          </w:p>
        </w:tc>
        <w:tc>
          <w:tcPr>
            <w:tcW w:type="dxa" w:w="3354"/>
          </w:tcPr>
          <w:p>
            <w:pPr>
              <w:keepNext/>
            </w:pPr>
            <w:r>
              <w:rPr>
                <w:rFonts w:ascii="맑은 고딕" w:hAnsi="맑은 고딕" w:eastAsia="맑은 고딕" w:cs="맑은 고딕"/>
                <w:b w:val="0"/>
                <w:color w:val="666666"/>
                <w:sz w:val="18"/>
              </w:rPr>
              <w:t>예: 정규직, 계약직</w:t>
            </w:r>
          </w:p>
        </w:tc>
      </w:tr>
      <w:tr>
        <w:trPr>
          <w:cantSplit/>
          <w:trHeight w:val="680" w:hRule="atLeast"/>
        </w:trPr>
        <w:tc>
          <w:tcPr>
            <w:tcW w:type="dxa" w:w="1578"/>
            <w:shd w:val="clear" w:color="auto" w:fill="F4F4F5"/>
          </w:tcPr>
          <w:p>
            <w:r>
              <w:rPr>
                <w:rFonts w:ascii="맑은 고딕" w:hAnsi="맑은 고딕" w:eastAsia="맑은 고딕" w:cs="맑은 고딕"/>
                <w:b/>
                <w:color w:val="0A0A0A"/>
                <w:sz w:val="19"/>
              </w:rPr>
              <w:t>담당 업무</w:t>
            </w:r>
          </w:p>
        </w:tc>
        <w:tc>
          <w:tcPr>
            <w:tcW w:type="dxa" w:w="8286"/>
            <w:gridSpan w:val="3"/>
          </w:tcPr>
          <w:p>
            <w:r>
              <w:rPr>
                <w:rFonts w:ascii="맑은 고딕" w:hAnsi="맑은 고딕" w:eastAsia="맑은 고딕" w:cs="맑은 고딕"/>
                <w:b w:val="0"/>
                <w:color w:val="666666"/>
                <w:sz w:val="18"/>
              </w:rPr>
              <w:t>이 회사에서 맡은 일을 1~2줄로 요약합니다. 부서 이동이나 승진이 있었다면 기간을 나눠 적습니다.</w:t>
            </w:r>
          </w:p>
        </w:tc>
      </w:tr>
    </w:tbl>
    <w:p>
      <w:pPr>
        <w:pStyle w:val="Heading2"/>
      </w:pPr>
      <w:r>
        <w:t>업무·프로젝트 1-1</w:t>
      </w:r>
    </w:p>
    <w:tbl>
      <w:tblPr>
        <w:tblW w:type="dxa" w:w="9865"/>
        <w:tblBorders>
          <w:top w:val="single" w:sz="4" w:space="0" w:color="A1A1A1"/>
          <w:left w:val="single" w:sz="4" w:space="0" w:color="A1A1A1"/>
          <w:bottom w:val="single" w:sz="4" w:space="0" w:color="A1A1A1"/>
          <w:right w:val="single" w:sz="4" w:space="0" w:color="A1A1A1"/>
          <w:insideH w:val="single" w:sz="4" w:space="0" w:color="A1A1A1"/>
          <w:insideV w:val="single" w:sz="4" w:space="0" w:color="A1A1A1"/>
        </w:tblBorders>
        <w:tblLayout w:type="fixed"/>
        <w:tblCellMar>
          <w:top w:w="57" w:type="dxa"/>
          <w:left w:w="113" w:type="dxa"/>
          <w:bottom w:w="57" w:type="dxa"/>
          <w:right w:w="113" w:type="dxa"/>
        </w:tblCellMar>
        <w:tblLook w:firstColumn="1" w:firstRow="1" w:lastColumn="0" w:lastRow="0" w:noHBand="0" w:noVBand="1" w:val="04A0"/>
      </w:tblPr>
      <w:tblGrid>
        <w:gridCol w:w="1578"/>
        <w:gridCol w:w="3354"/>
        <w:gridCol w:w="1578"/>
        <w:gridCol w:w="3354"/>
      </w:tblGrid>
      <w:tr>
        <w:trPr>
          <w:cantSplit/>
        </w:trPr>
        <w:tc>
          <w:tcPr>
            <w:tcW w:type="dxa" w:w="1578"/>
            <w:shd w:val="clear" w:color="auto" w:fill="F4F4F5"/>
          </w:tcPr>
          <w:p>
            <w:pPr>
              <w:keepNext/>
            </w:pPr>
            <w:r>
              <w:rPr>
                <w:rFonts w:ascii="맑은 고딕" w:hAnsi="맑은 고딕" w:eastAsia="맑은 고딕" w:cs="맑은 고딕"/>
                <w:b/>
                <w:color w:val="0A0A0A"/>
                <w:sz w:val="19"/>
              </w:rPr>
              <w:t>업무·프로젝트</w:t>
            </w:r>
          </w:p>
        </w:tc>
        <w:tc>
          <w:tcPr>
            <w:tcW w:type="dxa" w:w="3354"/>
          </w:tcPr>
          <w:p>
            <w:pPr>
              <w:keepNext/>
            </w:pPr>
          </w:p>
        </w:tc>
        <w:tc>
          <w:tcPr>
            <w:tcW w:type="dxa" w:w="1578"/>
            <w:shd w:val="clear" w:color="auto" w:fill="F4F4F5"/>
          </w:tcPr>
          <w:p>
            <w:pPr>
              <w:keepNext/>
            </w:pPr>
            <w:r>
              <w:rPr>
                <w:rFonts w:ascii="맑은 고딕" w:hAnsi="맑은 고딕" w:eastAsia="맑은 고딕" w:cs="맑은 고딕"/>
                <w:b/>
                <w:color w:val="0A0A0A"/>
                <w:sz w:val="19"/>
              </w:rPr>
              <w:t>기간</w:t>
            </w:r>
          </w:p>
        </w:tc>
        <w:tc>
          <w:tcPr>
            <w:tcW w:type="dxa" w:w="3354"/>
          </w:tcPr>
          <w:p>
            <w:pPr>
              <w:keepNext/>
            </w:pPr>
            <w:r>
              <w:rPr>
                <w:rFonts w:ascii="맑은 고딕" w:hAnsi="맑은 고딕" w:eastAsia="맑은 고딕" w:cs="맑은 고딕"/>
                <w:b w:val="0"/>
                <w:color w:val="666666"/>
                <w:sz w:val="18"/>
              </w:rPr>
              <w:t>0000.00 ~ 0000.00</w:t>
            </w:r>
          </w:p>
        </w:tc>
      </w:tr>
      <w:tr>
        <w:trPr>
          <w:cantSplit/>
          <w:trHeight w:val="737" w:hRule="atLeast"/>
        </w:trPr>
        <w:tc>
          <w:tcPr>
            <w:tcW w:type="dxa" w:w="1578"/>
            <w:shd w:val="clear" w:color="auto" w:fill="F4F4F5"/>
          </w:tcPr>
          <w:p>
            <w:pPr>
              <w:keepNext/>
            </w:pPr>
            <w:r>
              <w:rPr>
                <w:rFonts w:ascii="맑은 고딕" w:hAnsi="맑은 고딕" w:eastAsia="맑은 고딕" w:cs="맑은 고딕"/>
                <w:b/>
                <w:color w:val="0A0A0A"/>
                <w:sz w:val="19"/>
              </w:rPr>
              <w:t>역할</w:t>
            </w:r>
          </w:p>
        </w:tc>
        <w:tc>
          <w:tcPr>
            <w:tcW w:type="dxa" w:w="8286"/>
            <w:gridSpan w:val="3"/>
          </w:tcPr>
          <w:p>
            <w:pPr>
              <w:keepNext/>
            </w:pPr>
            <w:r>
              <w:rPr>
                <w:rFonts w:ascii="맑은 고딕" w:hAnsi="맑은 고딕" w:eastAsia="맑은 고딕" w:cs="맑은 고딕"/>
                <w:b w:val="0"/>
                <w:color w:val="666666"/>
                <w:sz w:val="18"/>
              </w:rPr>
              <w:t>팀 안에서 맡은 범위, 결정 권한, 함께 일한 사람</w:t>
            </w:r>
          </w:p>
        </w:tc>
      </w:tr>
      <w:tr>
        <w:trPr>
          <w:cantSplit/>
          <w:trHeight w:val="907" w:hRule="atLeast"/>
        </w:trPr>
        <w:tc>
          <w:tcPr>
            <w:tcW w:type="dxa" w:w="1578"/>
            <w:shd w:val="clear" w:color="auto" w:fill="F4F4F5"/>
          </w:tcPr>
          <w:p>
            <w:pPr>
              <w:keepNext/>
            </w:pPr>
            <w:r>
              <w:rPr>
                <w:rFonts w:ascii="맑은 고딕" w:hAnsi="맑은 고딕" w:eastAsia="맑은 고딕" w:cs="맑은 고딕"/>
                <w:b/>
                <w:color w:val="0A0A0A"/>
                <w:sz w:val="19"/>
              </w:rPr>
              <w:t>행동</w:t>
            </w:r>
          </w:p>
        </w:tc>
        <w:tc>
          <w:tcPr>
            <w:tcW w:type="dxa" w:w="8286"/>
            <w:gridSpan w:val="3"/>
          </w:tcPr>
          <w:p>
            <w:pPr>
              <w:keepNext/>
            </w:pPr>
            <w:r>
              <w:rPr>
                <w:rFonts w:ascii="맑은 고딕" w:hAnsi="맑은 고딕" w:eastAsia="맑은 고딕" w:cs="맑은 고딕"/>
                <w:b w:val="0"/>
                <w:color w:val="666666"/>
                <w:sz w:val="18"/>
              </w:rPr>
              <w:t>직접 한 일을 '정함, 바꿈, 줄임'처럼 동사로 끝맺어 적습니다.</w:t>
            </w:r>
          </w:p>
        </w:tc>
      </w:tr>
      <w:tr>
        <w:trPr>
          <w:cantSplit/>
          <w:trHeight w:val="907" w:hRule="atLeast"/>
        </w:trPr>
        <w:tc>
          <w:tcPr>
            <w:tcW w:type="dxa" w:w="1578"/>
            <w:shd w:val="clear" w:color="auto" w:fill="F4F4F5"/>
          </w:tcPr>
          <w:p>
            <w:pPr>
              <w:keepNext/>
            </w:pPr>
            <w:r>
              <w:rPr>
                <w:rFonts w:ascii="맑은 고딕" w:hAnsi="맑은 고딕" w:eastAsia="맑은 고딕" w:cs="맑은 고딕"/>
                <w:b/>
                <w:color w:val="0A0A0A"/>
                <w:sz w:val="19"/>
              </w:rPr>
              <w:t>성과</w:t>
            </w:r>
          </w:p>
        </w:tc>
        <w:tc>
          <w:tcPr>
            <w:tcW w:type="dxa" w:w="8286"/>
            <w:gridSpan w:val="3"/>
          </w:tcPr>
          <w:p>
            <w:pPr>
              <w:keepNext/>
            </w:pPr>
            <w:r>
              <w:rPr>
                <w:rFonts w:ascii="맑은 고딕" w:hAnsi="맑은 고딕" w:eastAsia="맑은 고딕" w:cs="맑은 고딕"/>
                <w:b w:val="0"/>
                <w:color w:val="666666"/>
                <w:sz w:val="18"/>
              </w:rPr>
              <w:t>끝난 뒤 달라진 결과. 숫자가 없으면 결과물이나 전후 변화를 적습니다.</w:t>
            </w:r>
          </w:p>
        </w:tc>
      </w:tr>
      <w:tr>
        <w:trPr>
          <w:cantSplit/>
          <w:trHeight w:val="624" w:hRule="atLeast"/>
        </w:trPr>
        <w:tc>
          <w:tcPr>
            <w:tcW w:type="dxa" w:w="1578"/>
            <w:shd w:val="clear" w:color="auto" w:fill="F4F4F5"/>
          </w:tcPr>
          <w:p>
            <w:r>
              <w:rPr>
                <w:rFonts w:ascii="맑은 고딕" w:hAnsi="맑은 고딕" w:eastAsia="맑은 고딕" w:cs="맑은 고딕"/>
                <w:b/>
                <w:color w:val="0A0A0A"/>
                <w:sz w:val="19"/>
              </w:rPr>
              <w:t>근거 자료</w:t>
            </w:r>
          </w:p>
        </w:tc>
        <w:tc>
          <w:tcPr>
            <w:tcW w:type="dxa" w:w="8286"/>
            <w:gridSpan w:val="3"/>
          </w:tcPr>
          <w:p>
            <w:r>
              <w:rPr>
                <w:rFonts w:ascii="맑은 고딕" w:hAnsi="맑은 고딕" w:eastAsia="맑은 고딕" w:cs="맑은 고딕"/>
                <w:b w:val="0"/>
                <w:color w:val="666666"/>
                <w:sz w:val="18"/>
              </w:rPr>
              <w:t>면접에서 보여 줄 수 있는 문서·산출물·지표</w:t>
            </w:r>
          </w:p>
        </w:tc>
      </w:tr>
    </w:tbl>
    <w:p>
      <w:pPr>
        <w:pStyle w:val="Heading2"/>
      </w:pPr>
      <w:r>
        <w:t>업무·프로젝트 1-2</w:t>
      </w:r>
    </w:p>
    <w:tbl>
      <w:tblPr>
        <w:tblW w:type="dxa" w:w="9865"/>
        <w:tblBorders>
          <w:top w:val="single" w:sz="4" w:space="0" w:color="A1A1A1"/>
          <w:left w:val="single" w:sz="4" w:space="0" w:color="A1A1A1"/>
          <w:bottom w:val="single" w:sz="4" w:space="0" w:color="A1A1A1"/>
          <w:right w:val="single" w:sz="4" w:space="0" w:color="A1A1A1"/>
          <w:insideH w:val="single" w:sz="4" w:space="0" w:color="A1A1A1"/>
          <w:insideV w:val="single" w:sz="4" w:space="0" w:color="A1A1A1"/>
        </w:tblBorders>
        <w:tblLayout w:type="fixed"/>
        <w:tblCellMar>
          <w:top w:w="57" w:type="dxa"/>
          <w:left w:w="113" w:type="dxa"/>
          <w:bottom w:w="57" w:type="dxa"/>
          <w:right w:w="113" w:type="dxa"/>
        </w:tblCellMar>
        <w:tblLook w:firstColumn="1" w:firstRow="1" w:lastColumn="0" w:lastRow="0" w:noHBand="0" w:noVBand="1" w:val="04A0"/>
      </w:tblPr>
      <w:tblGrid>
        <w:gridCol w:w="1578"/>
        <w:gridCol w:w="3354"/>
        <w:gridCol w:w="1578"/>
        <w:gridCol w:w="3354"/>
      </w:tblGrid>
      <w:tr>
        <w:trPr>
          <w:cantSplit/>
        </w:trPr>
        <w:tc>
          <w:tcPr>
            <w:tcW w:type="dxa" w:w="1578"/>
            <w:shd w:val="clear" w:color="auto" w:fill="F4F4F5"/>
          </w:tcPr>
          <w:p>
            <w:pPr>
              <w:keepNext/>
            </w:pPr>
            <w:r>
              <w:rPr>
                <w:rFonts w:ascii="맑은 고딕" w:hAnsi="맑은 고딕" w:eastAsia="맑은 고딕" w:cs="맑은 고딕"/>
                <w:b/>
                <w:color w:val="0A0A0A"/>
                <w:sz w:val="19"/>
              </w:rPr>
              <w:t>업무·프로젝트</w:t>
            </w:r>
          </w:p>
        </w:tc>
        <w:tc>
          <w:tcPr>
            <w:tcW w:type="dxa" w:w="3354"/>
          </w:tcPr>
          <w:p>
            <w:pPr>
              <w:keepNext/>
            </w:pPr>
          </w:p>
        </w:tc>
        <w:tc>
          <w:tcPr>
            <w:tcW w:type="dxa" w:w="1578"/>
            <w:shd w:val="clear" w:color="auto" w:fill="F4F4F5"/>
          </w:tcPr>
          <w:p>
            <w:pPr>
              <w:keepNext/>
            </w:pPr>
            <w:r>
              <w:rPr>
                <w:rFonts w:ascii="맑은 고딕" w:hAnsi="맑은 고딕" w:eastAsia="맑은 고딕" w:cs="맑은 고딕"/>
                <w:b/>
                <w:color w:val="0A0A0A"/>
                <w:sz w:val="19"/>
              </w:rPr>
              <w:t>기간</w:t>
            </w:r>
          </w:p>
        </w:tc>
        <w:tc>
          <w:tcPr>
            <w:tcW w:type="dxa" w:w="3354"/>
          </w:tcPr>
          <w:p>
            <w:pPr>
              <w:keepNext/>
            </w:pPr>
            <w:r>
              <w:rPr>
                <w:rFonts w:ascii="맑은 고딕" w:hAnsi="맑은 고딕" w:eastAsia="맑은 고딕" w:cs="맑은 고딕"/>
                <w:b w:val="0"/>
                <w:color w:val="666666"/>
                <w:sz w:val="18"/>
              </w:rPr>
              <w:t>0000.00 ~ 0000.00</w:t>
            </w:r>
          </w:p>
        </w:tc>
      </w:tr>
      <w:tr>
        <w:trPr>
          <w:cantSplit/>
          <w:trHeight w:val="737" w:hRule="atLeast"/>
        </w:trPr>
        <w:tc>
          <w:tcPr>
            <w:tcW w:type="dxa" w:w="1578"/>
            <w:shd w:val="clear" w:color="auto" w:fill="F4F4F5"/>
          </w:tcPr>
          <w:p>
            <w:pPr>
              <w:keepNext/>
            </w:pPr>
            <w:r>
              <w:rPr>
                <w:rFonts w:ascii="맑은 고딕" w:hAnsi="맑은 고딕" w:eastAsia="맑은 고딕" w:cs="맑은 고딕"/>
                <w:b/>
                <w:color w:val="0A0A0A"/>
                <w:sz w:val="19"/>
              </w:rPr>
              <w:t>역할</w:t>
            </w:r>
          </w:p>
        </w:tc>
        <w:tc>
          <w:tcPr>
            <w:tcW w:type="dxa" w:w="8286"/>
            <w:gridSpan w:val="3"/>
          </w:tcPr>
          <w:p>
            <w:pPr>
              <w:keepNext/>
            </w:pPr>
          </w:p>
        </w:tc>
      </w:tr>
      <w:tr>
        <w:trPr>
          <w:cantSplit/>
          <w:trHeight w:val="907" w:hRule="atLeast"/>
        </w:trPr>
        <w:tc>
          <w:tcPr>
            <w:tcW w:type="dxa" w:w="1578"/>
            <w:shd w:val="clear" w:color="auto" w:fill="F4F4F5"/>
          </w:tcPr>
          <w:p>
            <w:pPr>
              <w:keepNext/>
            </w:pPr>
            <w:r>
              <w:rPr>
                <w:rFonts w:ascii="맑은 고딕" w:hAnsi="맑은 고딕" w:eastAsia="맑은 고딕" w:cs="맑은 고딕"/>
                <w:b/>
                <w:color w:val="0A0A0A"/>
                <w:sz w:val="19"/>
              </w:rPr>
              <w:t>행동</w:t>
            </w:r>
          </w:p>
        </w:tc>
        <w:tc>
          <w:tcPr>
            <w:tcW w:type="dxa" w:w="8286"/>
            <w:gridSpan w:val="3"/>
          </w:tcPr>
          <w:p>
            <w:pPr>
              <w:keepNext/>
            </w:pPr>
          </w:p>
        </w:tc>
      </w:tr>
      <w:tr>
        <w:trPr>
          <w:cantSplit/>
          <w:trHeight w:val="907" w:hRule="atLeast"/>
        </w:trPr>
        <w:tc>
          <w:tcPr>
            <w:tcW w:type="dxa" w:w="1578"/>
            <w:shd w:val="clear" w:color="auto" w:fill="F4F4F5"/>
          </w:tcPr>
          <w:p>
            <w:pPr>
              <w:keepNext/>
            </w:pPr>
            <w:r>
              <w:rPr>
                <w:rFonts w:ascii="맑은 고딕" w:hAnsi="맑은 고딕" w:eastAsia="맑은 고딕" w:cs="맑은 고딕"/>
                <w:b/>
                <w:color w:val="0A0A0A"/>
                <w:sz w:val="19"/>
              </w:rPr>
              <w:t>성과</w:t>
            </w:r>
          </w:p>
        </w:tc>
        <w:tc>
          <w:tcPr>
            <w:tcW w:type="dxa" w:w="8286"/>
            <w:gridSpan w:val="3"/>
          </w:tcPr>
          <w:p>
            <w:pPr>
              <w:keepNext/>
            </w:pPr>
          </w:p>
        </w:tc>
      </w:tr>
      <w:tr>
        <w:trPr>
          <w:cantSplit/>
          <w:trHeight w:val="624" w:hRule="atLeast"/>
        </w:trPr>
        <w:tc>
          <w:tcPr>
            <w:tcW w:type="dxa" w:w="1578"/>
            <w:shd w:val="clear" w:color="auto" w:fill="F4F4F5"/>
          </w:tcPr>
          <w:p>
            <w:r>
              <w:rPr>
                <w:rFonts w:ascii="맑은 고딕" w:hAnsi="맑은 고딕" w:eastAsia="맑은 고딕" w:cs="맑은 고딕"/>
                <w:b/>
                <w:color w:val="0A0A0A"/>
                <w:sz w:val="19"/>
              </w:rPr>
              <w:t>근거 자료</w:t>
            </w:r>
          </w:p>
        </w:tc>
        <w:tc>
          <w:tcPr>
            <w:tcW w:type="dxa" w:w="8286"/>
            <w:gridSpan w:val="3"/>
          </w:tcPr>
          <w:p/>
        </w:tc>
      </w:tr>
    </w:tbl>
    <w:p>
      <w:pPr>
        <w:pStyle w:val="Heading2"/>
      </w:pPr>
      <w:r>
        <w:t>회사 2</w:t>
      </w:r>
    </w:p>
    <w:tbl>
      <w:tblPr>
        <w:tblW w:type="dxa" w:w="9865"/>
        <w:tblBorders>
          <w:top w:val="single" w:sz="4" w:space="0" w:color="A1A1A1"/>
          <w:left w:val="single" w:sz="4" w:space="0" w:color="A1A1A1"/>
          <w:bottom w:val="single" w:sz="4" w:space="0" w:color="A1A1A1"/>
          <w:right w:val="single" w:sz="4" w:space="0" w:color="A1A1A1"/>
          <w:insideH w:val="single" w:sz="4" w:space="0" w:color="A1A1A1"/>
          <w:insideV w:val="single" w:sz="4" w:space="0" w:color="A1A1A1"/>
        </w:tblBorders>
        <w:tblLayout w:type="fixed"/>
        <w:tblCellMar>
          <w:top w:w="57" w:type="dxa"/>
          <w:left w:w="113" w:type="dxa"/>
          <w:bottom w:w="57" w:type="dxa"/>
          <w:right w:w="113" w:type="dxa"/>
        </w:tblCellMar>
        <w:tblLook w:firstColumn="1" w:firstRow="1" w:lastColumn="0" w:lastRow="0" w:noHBand="0" w:noVBand="1" w:val="04A0"/>
      </w:tblPr>
      <w:tblGrid>
        <w:gridCol w:w="1578"/>
        <w:gridCol w:w="3354"/>
        <w:gridCol w:w="1578"/>
        <w:gridCol w:w="3354"/>
      </w:tblGrid>
      <w:tr>
        <w:trPr>
          <w:cantSplit/>
        </w:trPr>
        <w:tc>
          <w:tcPr>
            <w:tcW w:type="dxa" w:w="1578"/>
            <w:shd w:val="clear" w:color="auto" w:fill="F4F4F5"/>
          </w:tcPr>
          <w:p>
            <w:pPr>
              <w:keepNext/>
            </w:pPr>
            <w:r>
              <w:rPr>
                <w:rFonts w:ascii="맑은 고딕" w:hAnsi="맑은 고딕" w:eastAsia="맑은 고딕" w:cs="맑은 고딕"/>
                <w:b/>
                <w:color w:val="0A0A0A"/>
                <w:sz w:val="19"/>
              </w:rPr>
              <w:t>회사명</w:t>
            </w:r>
          </w:p>
        </w:tc>
        <w:tc>
          <w:tcPr>
            <w:tcW w:type="dxa" w:w="3354"/>
          </w:tcPr>
          <w:p>
            <w:pPr>
              <w:keepNext/>
            </w:pPr>
          </w:p>
        </w:tc>
        <w:tc>
          <w:tcPr>
            <w:tcW w:type="dxa" w:w="1578"/>
            <w:shd w:val="clear" w:color="auto" w:fill="F4F4F5"/>
          </w:tcPr>
          <w:p>
            <w:pPr>
              <w:keepNext/>
            </w:pPr>
            <w:r>
              <w:rPr>
                <w:rFonts w:ascii="맑은 고딕" w:hAnsi="맑은 고딕" w:eastAsia="맑은 고딕" w:cs="맑은 고딕"/>
                <w:b/>
                <w:color w:val="0A0A0A"/>
                <w:sz w:val="19"/>
              </w:rPr>
              <w:t>재직 기간</w:t>
            </w:r>
          </w:p>
        </w:tc>
        <w:tc>
          <w:tcPr>
            <w:tcW w:type="dxa" w:w="3354"/>
          </w:tcPr>
          <w:p>
            <w:pPr>
              <w:keepNext/>
            </w:pPr>
            <w:r>
              <w:rPr>
                <w:rFonts w:ascii="맑은 고딕" w:hAnsi="맑은 고딕" w:eastAsia="맑은 고딕" w:cs="맑은 고딕"/>
                <w:b w:val="0"/>
                <w:color w:val="666666"/>
                <w:sz w:val="18"/>
              </w:rPr>
              <w:t>0000.00 ~ 0000.00</w:t>
            </w:r>
          </w:p>
        </w:tc>
      </w:tr>
      <w:tr>
        <w:trPr>
          <w:cantSplit/>
        </w:trPr>
        <w:tc>
          <w:tcPr>
            <w:tcW w:type="dxa" w:w="1578"/>
            <w:shd w:val="clear" w:color="auto" w:fill="F4F4F5"/>
          </w:tcPr>
          <w:p>
            <w:pPr>
              <w:keepNext/>
            </w:pPr>
            <w:r>
              <w:rPr>
                <w:rFonts w:ascii="맑은 고딕" w:hAnsi="맑은 고딕" w:eastAsia="맑은 고딕" w:cs="맑은 고딕"/>
                <w:b/>
                <w:color w:val="0A0A0A"/>
                <w:sz w:val="19"/>
              </w:rPr>
              <w:t>부서·직급</w:t>
            </w:r>
          </w:p>
        </w:tc>
        <w:tc>
          <w:tcPr>
            <w:tcW w:type="dxa" w:w="3354"/>
          </w:tcPr>
          <w:p>
            <w:pPr>
              <w:keepNext/>
            </w:pPr>
          </w:p>
        </w:tc>
        <w:tc>
          <w:tcPr>
            <w:tcW w:type="dxa" w:w="1578"/>
            <w:shd w:val="clear" w:color="auto" w:fill="F4F4F5"/>
          </w:tcPr>
          <w:p>
            <w:pPr>
              <w:keepNext/>
            </w:pPr>
            <w:r>
              <w:rPr>
                <w:rFonts w:ascii="맑은 고딕" w:hAnsi="맑은 고딕" w:eastAsia="맑은 고딕" w:cs="맑은 고딕"/>
                <w:b/>
                <w:color w:val="0A0A0A"/>
                <w:sz w:val="19"/>
              </w:rPr>
              <w:t>고용 형태</w:t>
            </w:r>
          </w:p>
        </w:tc>
        <w:tc>
          <w:tcPr>
            <w:tcW w:type="dxa" w:w="3354"/>
          </w:tcPr>
          <w:p>
            <w:pPr>
              <w:keepNext/>
            </w:pPr>
          </w:p>
        </w:tc>
      </w:tr>
      <w:tr>
        <w:trPr>
          <w:cantSplit/>
          <w:trHeight w:val="680" w:hRule="atLeast"/>
        </w:trPr>
        <w:tc>
          <w:tcPr>
            <w:tcW w:type="dxa" w:w="1578"/>
            <w:shd w:val="clear" w:color="auto" w:fill="F4F4F5"/>
          </w:tcPr>
          <w:p>
            <w:r>
              <w:rPr>
                <w:rFonts w:ascii="맑은 고딕" w:hAnsi="맑은 고딕" w:eastAsia="맑은 고딕" w:cs="맑은 고딕"/>
                <w:b/>
                <w:color w:val="0A0A0A"/>
                <w:sz w:val="19"/>
              </w:rPr>
              <w:t>담당 업무</w:t>
            </w:r>
          </w:p>
        </w:tc>
        <w:tc>
          <w:tcPr>
            <w:tcW w:type="dxa" w:w="8286"/>
            <w:gridSpan w:val="3"/>
          </w:tcPr>
          <w:p/>
        </w:tc>
      </w:tr>
    </w:tbl>
    <w:p>
      <w:pPr>
        <w:pStyle w:val="Heading2"/>
      </w:pPr>
      <w:r>
        <w:t>업무·프로젝트 2-1</w:t>
      </w:r>
    </w:p>
    <w:tbl>
      <w:tblPr>
        <w:tblW w:type="dxa" w:w="9865"/>
        <w:tblBorders>
          <w:top w:val="single" w:sz="4" w:space="0" w:color="A1A1A1"/>
          <w:left w:val="single" w:sz="4" w:space="0" w:color="A1A1A1"/>
          <w:bottom w:val="single" w:sz="4" w:space="0" w:color="A1A1A1"/>
          <w:right w:val="single" w:sz="4" w:space="0" w:color="A1A1A1"/>
          <w:insideH w:val="single" w:sz="4" w:space="0" w:color="A1A1A1"/>
          <w:insideV w:val="single" w:sz="4" w:space="0" w:color="A1A1A1"/>
        </w:tblBorders>
        <w:tblLayout w:type="fixed"/>
        <w:tblCellMar>
          <w:top w:w="57" w:type="dxa"/>
          <w:left w:w="113" w:type="dxa"/>
          <w:bottom w:w="57" w:type="dxa"/>
          <w:right w:w="113" w:type="dxa"/>
        </w:tblCellMar>
        <w:tblLook w:firstColumn="1" w:firstRow="1" w:lastColumn="0" w:lastRow="0" w:noHBand="0" w:noVBand="1" w:val="04A0"/>
      </w:tblPr>
      <w:tblGrid>
        <w:gridCol w:w="1578"/>
        <w:gridCol w:w="3354"/>
        <w:gridCol w:w="1578"/>
        <w:gridCol w:w="3354"/>
      </w:tblGrid>
      <w:tr>
        <w:trPr>
          <w:cantSplit/>
        </w:trPr>
        <w:tc>
          <w:tcPr>
            <w:tcW w:type="dxa" w:w="1578"/>
            <w:shd w:val="clear" w:color="auto" w:fill="F4F4F5"/>
          </w:tcPr>
          <w:p>
            <w:pPr>
              <w:keepNext/>
            </w:pPr>
            <w:r>
              <w:rPr>
                <w:rFonts w:ascii="맑은 고딕" w:hAnsi="맑은 고딕" w:eastAsia="맑은 고딕" w:cs="맑은 고딕"/>
                <w:b/>
                <w:color w:val="0A0A0A"/>
                <w:sz w:val="19"/>
              </w:rPr>
              <w:t>업무·프로젝트</w:t>
            </w:r>
          </w:p>
        </w:tc>
        <w:tc>
          <w:tcPr>
            <w:tcW w:type="dxa" w:w="3354"/>
          </w:tcPr>
          <w:p>
            <w:pPr>
              <w:keepNext/>
            </w:pPr>
          </w:p>
        </w:tc>
        <w:tc>
          <w:tcPr>
            <w:tcW w:type="dxa" w:w="1578"/>
            <w:shd w:val="clear" w:color="auto" w:fill="F4F4F5"/>
          </w:tcPr>
          <w:p>
            <w:pPr>
              <w:keepNext/>
            </w:pPr>
            <w:r>
              <w:rPr>
                <w:rFonts w:ascii="맑은 고딕" w:hAnsi="맑은 고딕" w:eastAsia="맑은 고딕" w:cs="맑은 고딕"/>
                <w:b/>
                <w:color w:val="0A0A0A"/>
                <w:sz w:val="19"/>
              </w:rPr>
              <w:t>기간</w:t>
            </w:r>
          </w:p>
        </w:tc>
        <w:tc>
          <w:tcPr>
            <w:tcW w:type="dxa" w:w="3354"/>
          </w:tcPr>
          <w:p>
            <w:pPr>
              <w:keepNext/>
            </w:pPr>
            <w:r>
              <w:rPr>
                <w:rFonts w:ascii="맑은 고딕" w:hAnsi="맑은 고딕" w:eastAsia="맑은 고딕" w:cs="맑은 고딕"/>
                <w:b w:val="0"/>
                <w:color w:val="666666"/>
                <w:sz w:val="18"/>
              </w:rPr>
              <w:t>0000.00 ~ 0000.00</w:t>
            </w:r>
          </w:p>
        </w:tc>
      </w:tr>
      <w:tr>
        <w:trPr>
          <w:cantSplit/>
          <w:trHeight w:val="737" w:hRule="atLeast"/>
        </w:trPr>
        <w:tc>
          <w:tcPr>
            <w:tcW w:type="dxa" w:w="1578"/>
            <w:shd w:val="clear" w:color="auto" w:fill="F4F4F5"/>
          </w:tcPr>
          <w:p>
            <w:pPr>
              <w:keepNext/>
            </w:pPr>
            <w:r>
              <w:rPr>
                <w:rFonts w:ascii="맑은 고딕" w:hAnsi="맑은 고딕" w:eastAsia="맑은 고딕" w:cs="맑은 고딕"/>
                <w:b/>
                <w:color w:val="0A0A0A"/>
                <w:sz w:val="19"/>
              </w:rPr>
              <w:t>역할</w:t>
            </w:r>
          </w:p>
        </w:tc>
        <w:tc>
          <w:tcPr>
            <w:tcW w:type="dxa" w:w="8286"/>
            <w:gridSpan w:val="3"/>
          </w:tcPr>
          <w:p>
            <w:pPr>
              <w:keepNext/>
            </w:pPr>
          </w:p>
        </w:tc>
      </w:tr>
      <w:tr>
        <w:trPr>
          <w:cantSplit/>
          <w:trHeight w:val="907" w:hRule="atLeast"/>
        </w:trPr>
        <w:tc>
          <w:tcPr>
            <w:tcW w:type="dxa" w:w="1578"/>
            <w:shd w:val="clear" w:color="auto" w:fill="F4F4F5"/>
          </w:tcPr>
          <w:p>
            <w:pPr>
              <w:keepNext/>
            </w:pPr>
            <w:r>
              <w:rPr>
                <w:rFonts w:ascii="맑은 고딕" w:hAnsi="맑은 고딕" w:eastAsia="맑은 고딕" w:cs="맑은 고딕"/>
                <w:b/>
                <w:color w:val="0A0A0A"/>
                <w:sz w:val="19"/>
              </w:rPr>
              <w:t>행동</w:t>
            </w:r>
          </w:p>
        </w:tc>
        <w:tc>
          <w:tcPr>
            <w:tcW w:type="dxa" w:w="8286"/>
            <w:gridSpan w:val="3"/>
          </w:tcPr>
          <w:p>
            <w:pPr>
              <w:keepNext/>
            </w:pPr>
          </w:p>
        </w:tc>
      </w:tr>
      <w:tr>
        <w:trPr>
          <w:cantSplit/>
          <w:trHeight w:val="907" w:hRule="atLeast"/>
        </w:trPr>
        <w:tc>
          <w:tcPr>
            <w:tcW w:type="dxa" w:w="1578"/>
            <w:shd w:val="clear" w:color="auto" w:fill="F4F4F5"/>
          </w:tcPr>
          <w:p>
            <w:pPr>
              <w:keepNext/>
            </w:pPr>
            <w:r>
              <w:rPr>
                <w:rFonts w:ascii="맑은 고딕" w:hAnsi="맑은 고딕" w:eastAsia="맑은 고딕" w:cs="맑은 고딕"/>
                <w:b/>
                <w:color w:val="0A0A0A"/>
                <w:sz w:val="19"/>
              </w:rPr>
              <w:t>성과</w:t>
            </w:r>
          </w:p>
        </w:tc>
        <w:tc>
          <w:tcPr>
            <w:tcW w:type="dxa" w:w="8286"/>
            <w:gridSpan w:val="3"/>
          </w:tcPr>
          <w:p>
            <w:pPr>
              <w:keepNext/>
            </w:pPr>
          </w:p>
        </w:tc>
      </w:tr>
      <w:tr>
        <w:trPr>
          <w:cantSplit/>
          <w:trHeight w:val="624" w:hRule="atLeast"/>
        </w:trPr>
        <w:tc>
          <w:tcPr>
            <w:tcW w:type="dxa" w:w="1578"/>
            <w:shd w:val="clear" w:color="auto" w:fill="F4F4F5"/>
          </w:tcPr>
          <w:p>
            <w:r>
              <w:rPr>
                <w:rFonts w:ascii="맑은 고딕" w:hAnsi="맑은 고딕" w:eastAsia="맑은 고딕" w:cs="맑은 고딕"/>
                <w:b/>
                <w:color w:val="0A0A0A"/>
                <w:sz w:val="19"/>
              </w:rPr>
              <w:t>근거 자료</w:t>
            </w:r>
          </w:p>
        </w:tc>
        <w:tc>
          <w:tcPr>
            <w:tcW w:type="dxa" w:w="8286"/>
            <w:gridSpan w:val="3"/>
          </w:tcPr>
          <w:p/>
        </w:tc>
      </w:tr>
    </w:tbl>
    <w:p>
      <w:pPr>
        <w:pStyle w:val="Heading1"/>
      </w:pPr>
      <w:r>
        <w:t>4. 자격·교육·사용 도구</w:t>
      </w:r>
    </w:p>
    <w:tbl>
      <w:tblPr>
        <w:tblW w:type="dxa" w:w="9865"/>
        <w:tblBorders>
          <w:top w:val="single" w:sz="4" w:space="0" w:color="A1A1A1"/>
          <w:left w:val="single" w:sz="4" w:space="0" w:color="A1A1A1"/>
          <w:bottom w:val="single" w:sz="4" w:space="0" w:color="A1A1A1"/>
          <w:right w:val="single" w:sz="4" w:space="0" w:color="A1A1A1"/>
          <w:insideH w:val="single" w:sz="4" w:space="0" w:color="A1A1A1"/>
          <w:insideV w:val="single" w:sz="4" w:space="0" w:color="A1A1A1"/>
        </w:tblBorders>
        <w:tblLayout w:type="fixed"/>
        <w:tblCellMar>
          <w:top w:w="57" w:type="dxa"/>
          <w:left w:w="113" w:type="dxa"/>
          <w:bottom w:w="57" w:type="dxa"/>
          <w:right w:w="113" w:type="dxa"/>
        </w:tblCellMar>
        <w:tblLook w:firstColumn="1" w:firstRow="1" w:lastColumn="0" w:lastRow="0" w:noHBand="0" w:noVBand="1" w:val="04A0"/>
      </w:tblPr>
      <w:tblGrid>
        <w:gridCol w:w="1578"/>
        <w:gridCol w:w="3354"/>
        <w:gridCol w:w="1578"/>
        <w:gridCol w:w="3354"/>
      </w:tblGrid>
      <w:tr>
        <w:trPr>
          <w:cantSplit/>
        </w:trPr>
        <w:tc>
          <w:tcPr>
            <w:tcW w:type="dxa" w:w="1578"/>
            <w:shd w:val="clear" w:color="auto" w:fill="F4F4F5"/>
          </w:tcPr>
          <w:p>
            <w:pPr>
              <w:keepNext/>
            </w:pPr>
            <w:r>
              <w:rPr>
                <w:rFonts w:ascii="맑은 고딕" w:hAnsi="맑은 고딕" w:eastAsia="맑은 고딕" w:cs="맑은 고딕"/>
                <w:b/>
                <w:color w:val="0A0A0A"/>
                <w:sz w:val="19"/>
              </w:rPr>
              <w:t>구분</w:t>
            </w:r>
          </w:p>
        </w:tc>
        <w:tc>
          <w:tcPr>
            <w:tcW w:type="dxa" w:w="4932"/>
            <w:gridSpan w:val="2"/>
            <w:shd w:val="clear" w:color="auto" w:fill="F4F4F5"/>
          </w:tcPr>
          <w:p>
            <w:pPr>
              <w:keepNext/>
            </w:pPr>
            <w:r>
              <w:rPr>
                <w:rFonts w:ascii="맑은 고딕" w:hAnsi="맑은 고딕" w:eastAsia="맑은 고딕" w:cs="맑은 고딕"/>
                <w:b/>
                <w:color w:val="0A0A0A"/>
                <w:sz w:val="19"/>
              </w:rPr>
              <w:t>내용</w:t>
            </w:r>
          </w:p>
        </w:tc>
        <w:tc>
          <w:tcPr>
            <w:tcW w:type="dxa" w:w="3354"/>
            <w:shd w:val="clear" w:color="auto" w:fill="F4F4F5"/>
          </w:tcPr>
          <w:p>
            <w:pPr>
              <w:keepNext/>
            </w:pPr>
            <w:r>
              <w:rPr>
                <w:rFonts w:ascii="맑은 고딕" w:hAnsi="맑은 고딕" w:eastAsia="맑은 고딕" w:cs="맑은 고딕"/>
                <w:b/>
                <w:color w:val="0A0A0A"/>
                <w:sz w:val="19"/>
              </w:rPr>
              <w:t>시기·기간</w:t>
            </w:r>
          </w:p>
        </w:tc>
      </w:tr>
      <w:tr>
        <w:trPr>
          <w:cantSplit/>
        </w:trPr>
        <w:tc>
          <w:tcPr>
            <w:tcW w:type="dxa" w:w="1578"/>
            <w:shd w:val="clear" w:color="auto" w:fill="F4F4F5"/>
          </w:tcPr>
          <w:p>
            <w:pPr>
              <w:keepNext/>
            </w:pPr>
            <w:r>
              <w:rPr>
                <w:rFonts w:ascii="맑은 고딕" w:hAnsi="맑은 고딕" w:eastAsia="맑은 고딕" w:cs="맑은 고딕"/>
                <w:b/>
                <w:color w:val="0A0A0A"/>
                <w:sz w:val="19"/>
              </w:rPr>
              <w:t>자격증</w:t>
            </w:r>
          </w:p>
        </w:tc>
        <w:tc>
          <w:tcPr>
            <w:tcW w:type="dxa" w:w="4932"/>
            <w:gridSpan w:val="2"/>
          </w:tcPr>
          <w:p>
            <w:pPr>
              <w:keepNext/>
            </w:pPr>
          </w:p>
        </w:tc>
        <w:tc>
          <w:tcPr>
            <w:tcW w:type="dxa" w:w="3354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1578"/>
            <w:shd w:val="clear" w:color="auto" w:fill="F4F4F5"/>
          </w:tcPr>
          <w:p>
            <w:pPr>
              <w:keepNext/>
            </w:pPr>
            <w:r>
              <w:rPr>
                <w:rFonts w:ascii="맑은 고딕" w:hAnsi="맑은 고딕" w:eastAsia="맑은 고딕" w:cs="맑은 고딕"/>
                <w:b/>
                <w:color w:val="0A0A0A"/>
                <w:sz w:val="19"/>
              </w:rPr>
              <w:t>교육</w:t>
            </w:r>
          </w:p>
        </w:tc>
        <w:tc>
          <w:tcPr>
            <w:tcW w:type="dxa" w:w="4932"/>
            <w:gridSpan w:val="2"/>
          </w:tcPr>
          <w:p>
            <w:pPr>
              <w:keepNext/>
            </w:pPr>
          </w:p>
        </w:tc>
        <w:tc>
          <w:tcPr>
            <w:tcW w:type="dxa" w:w="3354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1578"/>
            <w:shd w:val="clear" w:color="auto" w:fill="F4F4F5"/>
          </w:tcPr>
          <w:p>
            <w:r>
              <w:rPr>
                <w:rFonts w:ascii="맑은 고딕" w:hAnsi="맑은 고딕" w:eastAsia="맑은 고딕" w:cs="맑은 고딕"/>
                <w:b/>
                <w:color w:val="0A0A0A"/>
                <w:sz w:val="19"/>
              </w:rPr>
              <w:t>사용 도구</w:t>
            </w:r>
          </w:p>
        </w:tc>
        <w:tc>
          <w:tcPr>
            <w:tcW w:type="dxa" w:w="4932"/>
            <w:gridSpan w:val="2"/>
          </w:tcPr>
          <w:p/>
        </w:tc>
        <w:tc>
          <w:tcPr>
            <w:tcW w:type="dxa" w:w="3354"/>
          </w:tcPr>
          <w:p/>
        </w:tc>
      </w:tr>
    </w:tbl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88" w:lineRule="auto"/>
    </w:pPr>
    <w:rPr>
      <w:rFonts w:ascii="맑은 고딕" w:hAnsi="맑은 고딕" w:eastAsia="맑은 고딕" w:cs="맑은 고딕"/>
      <w:color w:val="0A0A0A"/>
      <w:sz w:val="20"/>
      <w:lang w:val="ko-KR" w:eastAsia="ko-K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맑은 고딕" w:hAnsi="맑은 고딕" w:eastAsia="맑은 고딕" w:cs="맑은 고딕"/>
      <w:b/>
      <w:bCs/>
      <w:i w:val="0"/>
      <w:color w:val="0A0A0A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="맑은 고딕" w:hAnsi="맑은 고딕" w:eastAsia="맑은 고딕" w:cs="맑은 고딕"/>
      <w:b/>
      <w:bCs/>
      <w:i w:val="0"/>
      <w:color w:val="404040"/>
      <w:sz w:val="1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경력기술서 양식</dc:title>
  <dc:subject>경력기술서</dc:subject>
  <dc:creator>프리터뷰(Preterview)</dc:creator>
  <cp:keywords>경력기술서, 경력기술서 양식</cp:keywords>
  <dc:description>작성법과 직무별 예시: https://preterview.com/guide/career-description-writing-guide</dc:description>
  <cp:lastModifiedBy>프리터뷰(Preterview)</cp:lastModifiedBy>
  <cp:revision>1</cp:revision>
  <dcterms:created xsi:type="dcterms:W3CDTF">2026-10-08T00:00:00Z</dcterms:created>
  <dcterms:modified xsi:type="dcterms:W3CDTF">2026-10-08T00:00:00Z</dcterms:modified>
  <cp:category/>
</cp:coreProperties>
</file>